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הַחֲנוּת שֶׁל הַשְּׁכוּנָה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אוצר מילים של קנייה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מחירים ועודף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תהליך הקנייה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8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בוחרים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הביצים עולות 12 ₪, הכי הרבה ברשימה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שוקולד עולה 7 ₪ וגבינה עולה 9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תפוח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מוצר למחיר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(8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(6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(4 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משלמים את הכסף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מקבלים עודף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רשימה של 3 מוצרים, חישוב סכום נכון עד 50 ₪, חישוב עודף נכון (50 פחות הסכום)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14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משלמים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30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מוצרים אמיתיים או תמונות ולתרגל קנייה בפועל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לתלמידים מחשבון או לעודד חישוב בעל פה לפי רמתם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הַחֲנוּת שֶׁל הַשְּׁכוּנָה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לקנות בחנות קטנה: לבחור מוצרים, לחשב כמה הם עולים, לשלם ולקבל עודף.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תפוח  ·  לחם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עולה הלחם?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6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8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9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השלב הראשון בתהליך הקנייה?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בוחרים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ביצים הן המוצר הכי יקר בחנות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שוקולד זול יותר מגבינה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עולה 8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עולה 2 ₪, וזה המוצר הכי זול בחנות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מוצר למחיר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4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8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6 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משלמים את הכסף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מקבלים עודף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מוצרים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3 מוצרים מהחנות שביחד עולים עד 50 ₪. כתבו את שמות המוצרים, המחיר של כל אחד, הסכום הכולל והעודף שתקבלו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עולים יחד לחם וחלב?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השלב שבא אחרי שלב מחשבים?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הַחֲנוּת שֶׁל הַשְּׁכוּנָה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