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הַחֲנוּת שֶׁל הַשְּׁכוּנָה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אוצר מילים של קנייה בחנות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מחירים ועודף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שלבי תהליך הקנייה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8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ביצים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עד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בוחרים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תפוח עולה 2 ₪ ומים עולים 4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הביצים עולות 12 ₪, הכי הרבה ברשימה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לחם וחלב עולים ביחד 14 ₪, אז יישארו 36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שוקולד עולה 7 ₪ וגבינה עולה 9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עגבנייה עולה 3 ₪ ומים עולים 4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תפוח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עודף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מוצר למחיר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(8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(6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(12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(9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(4 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הקנייה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מוצרים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מחשבים את הסכום הכולל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משלמים את הכסף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מקבלים עודף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רשימה של 3 מוצרים, חישוב סכום נכון עד 50 ₪, חישוב עודף נכון (50 פחות הסכום)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14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משלמים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30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מוצרים אמיתיים או תמונות ולתרגל קנייה בפועל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לתלמידים מחשבון או לעודד חישוב בעל פה לפי רמתם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הַחֲנוּת שֶׁל הַשְּׁכוּנָה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לקנות בחנות: לבחור מה לקנות, לחשב כסף, לשלם ולקבל עודף.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מוצר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שקונים בחנות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מְחִיר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כסף צריך לשלם על המוצר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עֹדֶף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הכסף שמחזירים אחרי התשלום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לְשַׁלֵּם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לתת כסף תמורת מוצר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סַל קְנִיּוֹת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ששמים בו את המוצרים שקונים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לְחַשֵּׁב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למצוא את הסכום הכולל של המחירים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לִבְחֹר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להחליט איזה מוצרים לקנות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תַּקְצִיב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כמות הכסף שיש לקונה לקנייה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המחיר של הלחם?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עולה הכי הרבה כסף?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תפוח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עגבנייה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מוצרים מותר לבחור בקנייה הזאת?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עד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עד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עד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עד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קודם כל בחנות?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מחשבים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תפוח עולה יותר ממים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ביצים הן המוצר הכי יקר בחנות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יש לכם 50 ₪ וקניתם לחם וחלב, יישאר לכם עודף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שוקולד זול יותר מגבינה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עגבנייה יקרה יותר ממים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עולה 8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עולה 2 ₪, וזה המוצר הכי זול בחנות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אחרי שבוחרים מוצרים, צריך ל__________ את הסכום הכולל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הכסף שמחזירים לקונה אחרי התשלום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השלב האחרון בתהליך הקנייה הוא קבלת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מוצר למחיר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6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9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ביצים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4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גבינה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12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8 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מקבלים עודף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מוצרים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מחשבים את הסכום הכולל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משלמים את הכסף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3 מוצרים מהחנות שביחד עולים עד 50 ₪. כתבו את שמות המוצרים, המחיר של כל אחד, הסכום הכולל והעודף שתקבלו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עולים יחד לחם וחלב?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השלב שבא אחרי שלב מחשבים?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אם יש לכם 50 ₪ וקניתם מוצר ב-20 ₪, כמה עודף תקבלו?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הַחֲנוּת שֶׁל הַשְּׁכוּנָה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