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תפוח עולה 2 ₪ ומים עולים 4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הביצים עולות 12 ₪, הכי הרבה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לחם וחלב עולים ביחד 14 ₪, אז יישארו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שוקולד עולה 7 ₪ וגבינה עולה 9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עגבנייה עולה 3 ₪ ומים עולים 4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(6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(9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את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את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3 מוצרים, חישוב סכום נכון עד 50 ₪, חישוב עודף נכון (50 פחות הסכום)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מוצרים אמיתיים או תמונות ולתרגל קנייה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מחשבון או לעודד חישוב בעל פה לפי רמתם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לקנות בחנות קטנה: לבחור מוצרים, לחשב כמה הם עולים, לשלם ולקבל עודף.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מוצר הכי יקר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לכם 50 ₪. כמה מוצרים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השלב הראשון בתהליך הקנייה?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עולה יותר ממים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ביצים הן המוצר הכי יקר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לכם 50 ₪ וקניתם לחם וחלב, יישאר לכם עודף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זול יותר מגבינה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עגבנייה יקרה יותר ממים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עולה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עולה 2 ₪, וזה המוצר הכי זול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שבוחרים מוצרים, צריך ל__________ את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הכסף שמחזירים לקונה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האחרון בתהליך הקנייה הוא קבלת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8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9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6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הסכום הכולל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את הכסף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3 מוצרים מהחנות שביחד עולים עד 50 ₪. כתבו את שמות המוצרים, המחיר של כל אחד, הסכום הכולל והעודף שתקבלו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עולים יחד לחם וחלב?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שבא אחרי שלב מחשבים?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50 ₪ וקניתם מוצר ב-20 ₪, כמה עודף תקבלו?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הַחֲנוּת שֶׁל הַשְּׁכוּנָה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